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Fiche projet</w:t>
      </w:r>
    </w:p>
    <w:p>
      <w:r>
        <w:rPr>
          <w:i/>
        </w:rPr>
        <w:t>Document de synthèse. Une à deux pages maximum : au-delà, ce n'est plus une fiche projet mais une note de cadrage.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</w:rPr>
              <w:t>Nom du projet</w:t>
            </w:r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>
              <w:rPr>
                <w:b/>
              </w:rPr>
              <w:t>Code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rPr>
                <w:b/>
              </w:rPr>
              <w:t>Chef de projet</w:t>
            </w:r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>
              <w:rPr>
                <w:b/>
              </w:rPr>
              <w:t>Sponsor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rPr>
                <w:b/>
              </w:rPr>
              <w:t>Date de création</w:t>
            </w:r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>
              <w:rPr>
                <w:b/>
              </w:rPr>
              <w:t>Version</w:t>
            </w:r>
          </w:p>
        </w:tc>
        <w:tc>
          <w:tcPr>
            <w:tcW w:type="dxa" w:w="2160"/>
          </w:tcPr>
          <w:p>
            <w:r>
              <w:t>1.0</w:t>
            </w:r>
          </w:p>
        </w:tc>
      </w:tr>
      <w:tr>
        <w:tc>
          <w:tcPr>
            <w:tcW w:type="dxa" w:w="2160"/>
          </w:tcPr>
          <w:p>
            <w:r>
              <w:rPr>
                <w:b/>
              </w:rPr>
              <w:t>Statut</w:t>
            </w:r>
          </w:p>
        </w:tc>
        <w:tc>
          <w:tcPr>
            <w:tcW w:type="dxa" w:w="2160"/>
          </w:tcPr>
          <w:p>
            <w:r>
              <w:t>À l'étude</w:t>
            </w:r>
          </w:p>
        </w:tc>
        <w:tc>
          <w:tcPr>
            <w:tcW w:type="dxa" w:w="2160"/>
          </w:tcPr>
          <w:p>
            <w:r>
              <w:rPr>
                <w:b/>
              </w:rPr>
              <w:t>Dernière mise à jour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rPr>
                <w:b/>
              </w:rPr>
              <w:t>Direction porteuse</w:t>
            </w:r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>
              <w:rPr>
                <w:b/>
              </w:rPr>
              <w:t>Budget prévisionnel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rPr>
                <w:b/>
              </w:rPr>
              <w:t>Date de début visée</w:t>
            </w:r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>
              <w:rPr>
                <w:b/>
              </w:rPr>
              <w:t>Date de fin visée</w:t>
            </w:r>
          </w:p>
        </w:tc>
        <w:tc>
          <w:tcPr>
            <w:tcW w:type="dxa" w:w="2160"/>
          </w:tcPr>
          <w:p>
            <w:r/>
          </w:p>
        </w:tc>
      </w:tr>
    </w:tbl>
    <w:p/>
    <w:p>
      <w:pPr>
        <w:pStyle w:val="Heading1"/>
      </w:pPr>
      <w:r>
        <w:t>Contexte et origine</w:t>
      </w:r>
    </w:p>
    <w:p>
      <w:pPr>
        <w:pStyle w:val="ListBullet"/>
      </w:pPr>
      <w:r>
        <w:rPr>
          <w:i/>
        </w:rPr>
        <w:t>Situation actuelle, problème ou opportunité à l'origine du projet.</w:t>
      </w:r>
    </w:p>
    <w:p>
      <w:pPr>
        <w:pStyle w:val="ListBullet"/>
      </w:pPr>
      <w:r>
        <w:rPr>
          <w:i/>
        </w:rPr>
        <w:t>Demandeur et élément déclencheur.</w:t>
      </w:r>
    </w:p>
    <w:p>
      <w:pPr>
        <w:pStyle w:val="Heading1"/>
      </w:pPr>
      <w:r>
        <w:t>Finalité et enjeux</w:t>
      </w:r>
    </w:p>
    <w:p>
      <w:pPr>
        <w:pStyle w:val="ListBullet"/>
      </w:pPr>
      <w:r>
        <w:rPr>
          <w:i/>
        </w:rPr>
        <w:t>Pourquoi ce projet existe et ce qu'il apporte à l'organisation.</w:t>
      </w:r>
    </w:p>
    <w:p>
      <w:pPr>
        <w:pStyle w:val="ListBullet"/>
      </w:pPr>
      <w:r>
        <w:rPr>
          <w:i/>
        </w:rPr>
        <w:t>Lien avec la stratégie et bénéfices attendus.</w:t>
      </w:r>
    </w:p>
    <w:p>
      <w:pPr>
        <w:pStyle w:val="Heading1"/>
      </w:pPr>
      <w:r>
        <w:t>Objectif principal</w:t>
      </w:r>
    </w:p>
    <w:p>
      <w:pPr>
        <w:pStyle w:val="ListBullet"/>
      </w:pPr>
      <w:r>
        <w:rPr>
          <w:i/>
        </w:rPr>
        <w:t>Résultat attendu, formulé de façon mesurable, avec une cible et une échéance.</w:t>
      </w:r>
    </w:p>
    <w:p>
      <w:pPr>
        <w:pStyle w:val="Heading1"/>
      </w:pPr>
      <w:r>
        <w:t>Périmètre</w:t>
      </w:r>
    </w:p>
    <w:p>
      <w:pPr>
        <w:pStyle w:val="ListBullet"/>
      </w:pPr>
      <w:r>
        <w:rPr>
          <w:i/>
        </w:rPr>
        <w:t>Inclus : ce que le projet couvre.</w:t>
      </w:r>
    </w:p>
    <w:p>
      <w:pPr>
        <w:pStyle w:val="ListBullet"/>
      </w:pPr>
      <w:r>
        <w:rPr>
          <w:i/>
        </w:rPr>
        <w:t>Hors périmètre : ce qu'il ne traitera pas. C'est souvent la partie la plus utile.</w:t>
      </w:r>
    </w:p>
    <w:p>
      <w:pPr>
        <w:pStyle w:val="Heading1"/>
      </w:pPr>
      <w:r>
        <w:t>Livrables principaux</w:t>
      </w:r>
    </w:p>
    <w:p>
      <w:pPr>
        <w:pStyle w:val="ListBullet"/>
      </w:pPr>
      <w:r>
        <w:rPr>
          <w:i/>
        </w:rPr>
        <w:t>Documents, produits ou services remis par le projet.</w:t>
      </w:r>
    </w:p>
    <w:p>
      <w:pPr>
        <w:pStyle w:val="Heading1"/>
      </w:pPr>
      <w:r>
        <w:t>Critères de réussite</w:t>
      </w:r>
    </w:p>
    <w:p>
      <w:pPr>
        <w:pStyle w:val="ListBullet"/>
      </w:pPr>
      <w:r>
        <w:rPr>
          <w:i/>
        </w:rPr>
        <w:t>Conditions d'acceptation et indicateurs qui permettront de dire que le projet a réussi.</w:t>
      </w:r>
    </w:p>
    <w:p>
      <w:pPr>
        <w:pStyle w:val="Heading1"/>
      </w:pPr>
      <w:r>
        <w:t>Hypothèses et contraintes</w:t>
      </w:r>
    </w:p>
    <w:p>
      <w:pPr>
        <w:pStyle w:val="ListBullet"/>
      </w:pPr>
      <w:r>
        <w:rPr>
          <w:i/>
        </w:rPr>
        <w:t>Éléments tenus pour vrais, contraintes réglementaires, techniques ou calendaires.</w:t>
      </w:r>
    </w:p>
    <w:p>
      <w:pPr>
        <w:pStyle w:val="Heading1"/>
      </w:pPr>
      <w:r>
        <w:t>Acteurs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Rôle</w:t>
            </w:r>
          </w:p>
        </w:tc>
        <w:tc>
          <w:tcPr>
            <w:tcW w:type="dxa" w:w="2880"/>
          </w:tcPr>
          <w:p>
            <w:r>
              <w:rPr>
                <w:b/>
              </w:rPr>
              <w:t>Nom</w:t>
            </w:r>
          </w:p>
        </w:tc>
        <w:tc>
          <w:tcPr>
            <w:tcW w:type="dxa" w:w="2880"/>
          </w:tcPr>
          <w:p>
            <w:r>
              <w:rPr>
                <w:b/>
              </w:rPr>
              <w:t>Responsabilité</w:t>
            </w:r>
          </w:p>
        </w:tc>
      </w:tr>
      <w:tr>
        <w:tc>
          <w:tcPr>
            <w:tcW w:type="dxa" w:w="2880"/>
          </w:tcPr>
          <w:p>
            <w:r>
              <w:t>Sponsor</w:t>
            </w:r>
          </w:p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  <w:tr>
        <w:tc>
          <w:tcPr>
            <w:tcW w:type="dxa" w:w="2880"/>
          </w:tcPr>
          <w:p>
            <w:r>
              <w:t>Chef de projet</w:t>
            </w:r>
          </w:p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  <w:tr>
        <w:tc>
          <w:tcPr>
            <w:tcW w:type="dxa" w:w="2880"/>
          </w:tcPr>
          <w:p>
            <w:r>
              <w:t>Référent métier</w:t>
            </w:r>
          </w:p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  <w:tr>
        <w:tc>
          <w:tcPr>
            <w:tcW w:type="dxa" w:w="2880"/>
          </w:tcPr>
          <w:p>
            <w:r>
              <w:t>Utilisateurs clés</w:t>
            </w:r>
          </w:p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</w:tbl>
    <w:p>
      <w:pPr>
        <w:pStyle w:val="Heading1"/>
      </w:pPr>
      <w:r>
        <w:t>Jalons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</w:rPr>
              <w:t>Jalon</w:t>
            </w:r>
          </w:p>
        </w:tc>
        <w:tc>
          <w:tcPr>
            <w:tcW w:type="dxa" w:w="2160"/>
          </w:tcPr>
          <w:p>
            <w:r>
              <w:rPr>
                <w:b/>
              </w:rPr>
              <w:t>Date cible</w:t>
            </w:r>
          </w:p>
        </w:tc>
        <w:tc>
          <w:tcPr>
            <w:tcW w:type="dxa" w:w="2160"/>
          </w:tcPr>
          <w:p>
            <w:r>
              <w:rPr>
                <w:b/>
              </w:rPr>
              <w:t>Responsable</w:t>
            </w:r>
          </w:p>
        </w:tc>
        <w:tc>
          <w:tcPr>
            <w:tcW w:type="dxa" w:w="2160"/>
          </w:tcPr>
          <w:p>
            <w:r>
              <w:rPr>
                <w:b/>
              </w:rPr>
              <w:t>Statut</w:t>
            </w:r>
          </w:p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</w:tbl>
    <w:p>
      <w:pPr>
        <w:pStyle w:val="Heading1"/>
      </w:pPr>
      <w:r>
        <w:t>Risques majeurs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</w:rPr>
              <w:t>Risque</w:t>
            </w:r>
          </w:p>
        </w:tc>
        <w:tc>
          <w:tcPr>
            <w:tcW w:type="dxa" w:w="2160"/>
          </w:tcPr>
          <w:p>
            <w:r>
              <w:rPr>
                <w:b/>
              </w:rPr>
              <w:t>Probabilité</w:t>
            </w:r>
          </w:p>
        </w:tc>
        <w:tc>
          <w:tcPr>
            <w:tcW w:type="dxa" w:w="2160"/>
          </w:tcPr>
          <w:p>
            <w:r>
              <w:rPr>
                <w:b/>
              </w:rPr>
              <w:t>Impact</w:t>
            </w:r>
          </w:p>
        </w:tc>
        <w:tc>
          <w:tcPr>
            <w:tcW w:type="dxa" w:w="2160"/>
          </w:tcPr>
          <w:p>
            <w:r>
              <w:rPr>
                <w:b/>
              </w:rPr>
              <w:t>Réponse envisagée</w:t>
            </w:r>
          </w:p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</w:tbl>
    <w:p>
      <w:pPr>
        <w:pStyle w:val="Heading1"/>
      </w:pPr>
      <w:r>
        <w:t>Décision de lancement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b/>
              </w:rPr>
              <w:t>Avis</w:t>
            </w:r>
          </w:p>
        </w:tc>
        <w:tc>
          <w:tcPr>
            <w:tcW w:type="dxa" w:w="4320"/>
          </w:tcPr>
          <w:p>
            <w:r>
              <w:t>Favorable / Défavorable / Sous conditions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Date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Signataire</w:t>
            </w:r>
          </w:p>
        </w:tc>
        <w:tc>
          <w:tcPr>
            <w:tcW w:type="dxa" w:w="4320"/>
          </w:tcPr>
          <w:p>
            <w:r/>
          </w:p>
        </w:tc>
      </w:tr>
    </w:tbl>
    <w:p>
      <w:r>
        <w:rPr>
          <w:i/>
        </w:rPr>
        <w:t>Structure indicative à adapter au contexte de l'organisation.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F4E79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F4E79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