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Arial" w:hAnsi="Arial" w:cs="Arial" w:eastAsia="Arial"/>
          <w:b/>
          <w:color w:val="2B3A8F"/>
          <w:sz w:val="52"/>
        </w:rPr>
        <w:t>PRÉNOM NOM</w:t>
      </w:r>
    </w:p>
    <w:p>
      <w:pPr>
        <w:spacing w:before="0" w:after="120"/>
        <w:jc w:val="center"/>
      </w:pPr>
      <w:r>
        <w:rPr>
          <w:rFonts w:ascii="Arial" w:hAnsi="Arial" w:cs="Arial" w:eastAsia="Arial"/>
          <w:b w:val="0"/>
          <w:caps/>
          <w:color w:val="66708A"/>
          <w:sz w:val="24"/>
          <w:spacing w:val="48"/>
        </w:rPr>
        <w:t>Chef de projet [spécialité]</w:t>
      </w:r>
    </w:p>
    <w:p>
      <w:pPr>
        <w:spacing w:before="0" w:after="280"/>
        <w:jc w:val="center"/>
        <w:pBdr>
          <w:bottom w:val="single" w:sz="18" w:space="3" w:color="2B3A8F"/>
        </w:pBdr>
      </w:pPr>
      <w:r>
        <w:rPr>
          <w:rFonts w:ascii="Arial" w:hAnsi="Arial" w:cs="Arial" w:eastAsia="Arial"/>
          <w:b w:val="0"/>
          <w:color w:val="66708A"/>
          <w:sz w:val="19"/>
        </w:rPr>
        <w:t>Ville · 06 00 00 00 00 · prenom.nom@email.fr · linkedin.com/in/prenomnom</w:t>
      </w:r>
    </w:p>
    <w:p>
      <w:pPr>
        <w:spacing w:before="240" w:after="120"/>
        <w:pBdr>
          <w:bottom w:val="single" w:sz="8" w:space="3" w:color="D8DDF0"/>
        </w:pBdr>
      </w:pPr>
      <w:r>
        <w:rPr>
          <w:rFonts w:ascii="Arial" w:hAnsi="Arial" w:cs="Arial" w:eastAsia="Arial"/>
          <w:b/>
          <w:color w:val="2B3A8F"/>
          <w:sz w:val="19"/>
          <w:spacing w:val="34"/>
        </w:rPr>
        <w:t>PROFIL</w:t>
      </w:r>
    </w:p>
    <w:p>
      <w:pPr>
        <w:spacing w:after="60"/>
      </w:pPr>
      <w:r>
        <w:rPr>
          <w:rFonts w:ascii="Arial" w:hAnsi="Arial" w:cs="Arial" w:eastAsia="Arial"/>
          <w:b w:val="0"/>
          <w:i w:val="0"/>
          <w:color w:val="39404F"/>
          <w:sz w:val="20"/>
        </w:rPr>
        <w:t>Chef de projet [spécialité] avec [X] ans d'expérience en [secteur]. Pilotage de projets jusqu'à [budget] € et d'équipes de [N] personnes, en [méthode]. [Le résultat chiffré dont vous êtes le plus fier]. Recherche un poste de [intitulé visé] dans [type d'entreprise].</w:t>
      </w:r>
    </w:p>
    <w:p>
      <w:pPr>
        <w:spacing w:before="240" w:after="120"/>
        <w:pBdr>
          <w:bottom w:val="single" w:sz="8" w:space="3" w:color="D8DDF0"/>
        </w:pBdr>
      </w:pPr>
      <w:r>
        <w:rPr>
          <w:rFonts w:ascii="Arial" w:hAnsi="Arial" w:cs="Arial" w:eastAsia="Arial"/>
          <w:b/>
          <w:color w:val="2B3A8F"/>
          <w:sz w:val="19"/>
          <w:spacing w:val="34"/>
        </w:rPr>
        <w:t>EXPÉRIENCE PROFESSIONNELLE</w:t>
      </w:r>
    </w:p>
    <w:p>
      <w:pPr>
        <w:spacing w:after="20"/>
      </w:pPr>
      <w:r>
        <w:rPr>
          <w:rFonts w:ascii="Arial" w:hAnsi="Arial" w:cs="Arial" w:eastAsia="Arial"/>
          <w:b/>
          <w:i w:val="0"/>
          <w:color w:val="39404F"/>
          <w:sz w:val="20"/>
        </w:rPr>
        <w:t>Chef de projet [spécialité] · [Entreprise], [Ville]</w:t>
      </w:r>
    </w:p>
    <w:p>
      <w:pPr>
        <w:spacing w:after="80"/>
      </w:pPr>
      <w:r>
        <w:rPr>
          <w:rFonts w:ascii="Arial" w:hAnsi="Arial" w:cs="Arial" w:eastAsia="Arial"/>
          <w:b w:val="0"/>
          <w:i/>
          <w:color w:val="7B8399"/>
          <w:sz w:val="18"/>
        </w:rPr>
        <w:t>[Mois AAAA] – [Mois AAAA]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Contexte : [périmètre, budget, taille d'équipe, nombre d'utilisateurs finaux].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[Action concrète que vous avez menée] → [résultat chiffré : délai, coût, taux, volume].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[Action concrète] → [résultat chiffré].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[Action concrète] → [résultat chiffré].</w:t>
      </w:r>
    </w:p>
    <w:p>
      <w:pPr>
        <w:spacing w:after="60"/>
      </w:pPr>
      <w:r>
        <w:rPr>
          <w:rFonts w:ascii="Arial" w:hAnsi="Arial" w:cs="Arial" w:eastAsia="Arial"/>
          <w:b w:val="0"/>
          <w:i w:val="0"/>
          <w:color w:val="39404F"/>
          <w:sz w:val="20"/>
        </w:rPr>
      </w:r>
    </w:p>
    <w:p>
      <w:pPr>
        <w:spacing w:after="20"/>
      </w:pPr>
      <w:r>
        <w:rPr>
          <w:rFonts w:ascii="Arial" w:hAnsi="Arial" w:cs="Arial" w:eastAsia="Arial"/>
          <w:b/>
          <w:i w:val="0"/>
          <w:color w:val="39404F"/>
          <w:sz w:val="20"/>
        </w:rPr>
        <w:t>Chef de projet junior · [Entreprise], [Ville]</w:t>
      </w:r>
    </w:p>
    <w:p>
      <w:pPr>
        <w:spacing w:after="80"/>
      </w:pPr>
      <w:r>
        <w:rPr>
          <w:rFonts w:ascii="Arial" w:hAnsi="Arial" w:cs="Arial" w:eastAsia="Arial"/>
          <w:b w:val="0"/>
          <w:i/>
          <w:color w:val="7B8399"/>
          <w:sz w:val="18"/>
        </w:rPr>
        <w:t>[Mois AAAA] – [Mois AAAA]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Contexte : [périmètre].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[Action] → [résultat chiffré].</w:t>
      </w:r>
    </w:p>
    <w:p>
      <w:pPr>
        <w:spacing w:before="240" w:after="120"/>
        <w:pBdr>
          <w:bottom w:val="single" w:sz="8" w:space="3" w:color="D8DDF0"/>
        </w:pBdr>
      </w:pPr>
      <w:r>
        <w:rPr>
          <w:rFonts w:ascii="Arial" w:hAnsi="Arial" w:cs="Arial" w:eastAsia="Arial"/>
          <w:b/>
          <w:color w:val="2B3A8F"/>
          <w:sz w:val="19"/>
          <w:spacing w:val="34"/>
        </w:rPr>
        <w:t>COMPÉTENCES ET OUTILS</w:t>
      </w:r>
    </w:p>
    <w:p>
      <w:pPr>
        <w:spacing w:after="60"/>
      </w:pPr>
      <w:r>
        <w:rPr>
          <w:rFonts w:ascii="Arial" w:hAnsi="Arial" w:cs="Arial" w:eastAsia="Arial"/>
          <w:b w:val="0"/>
          <w:i w:val="0"/>
          <w:color w:val="39404F"/>
          <w:sz w:val="20"/>
        </w:rPr>
        <w:t>Gestion de projet : cadrage, planification, suivi budgétaire, gestion des risques, reporting, recette.</w:t>
      </w:r>
    </w:p>
    <w:p>
      <w:pPr>
        <w:spacing w:after="60"/>
      </w:pPr>
      <w:r>
        <w:rPr>
          <w:rFonts w:ascii="Arial" w:hAnsi="Arial" w:cs="Arial" w:eastAsia="Arial"/>
          <w:b w:val="0"/>
          <w:i w:val="0"/>
          <w:color w:val="39404F"/>
          <w:sz w:val="20"/>
        </w:rPr>
        <w:t>Méthodes : [Agile, Scrum, Kanban, cycle en V, PRINCE2…].</w:t>
      </w:r>
    </w:p>
    <w:p>
      <w:pPr>
        <w:spacing w:after="60"/>
      </w:pPr>
      <w:r>
        <w:rPr>
          <w:rFonts w:ascii="Arial" w:hAnsi="Arial" w:cs="Arial" w:eastAsia="Arial"/>
          <w:b w:val="0"/>
          <w:i w:val="0"/>
          <w:color w:val="39404F"/>
          <w:sz w:val="20"/>
        </w:rPr>
        <w:t>Outils : [Jira, Confluence, MS Project, monday.com, Power BI, Excel avancé…].</w:t>
      </w:r>
    </w:p>
    <w:p>
      <w:pPr>
        <w:spacing w:before="240" w:after="120"/>
        <w:pBdr>
          <w:bottom w:val="single" w:sz="8" w:space="3" w:color="D8DDF0"/>
        </w:pBdr>
      </w:pPr>
      <w:r>
        <w:rPr>
          <w:rFonts w:ascii="Arial" w:hAnsi="Arial" w:cs="Arial" w:eastAsia="Arial"/>
          <w:b/>
          <w:color w:val="2B3A8F"/>
          <w:sz w:val="19"/>
          <w:spacing w:val="34"/>
        </w:rPr>
        <w:t>FORMATION</w:t>
      </w:r>
    </w:p>
    <w:p>
      <w:pPr>
        <w:spacing w:after="20"/>
      </w:pPr>
      <w:r>
        <w:rPr>
          <w:rFonts w:ascii="Arial" w:hAnsi="Arial" w:cs="Arial" w:eastAsia="Arial"/>
          <w:b/>
          <w:i w:val="0"/>
          <w:color w:val="39404F"/>
          <w:sz w:val="20"/>
        </w:rPr>
        <w:t>[Diplôme] · [École ou université], [Ville]</w:t>
      </w:r>
    </w:p>
    <w:p>
      <w:pPr>
        <w:spacing w:after="60"/>
      </w:pPr>
      <w:r>
        <w:rPr>
          <w:rFonts w:ascii="Arial" w:hAnsi="Arial" w:cs="Arial" w:eastAsia="Arial"/>
          <w:b w:val="0"/>
          <w:i/>
          <w:color w:val="7B8399"/>
          <w:sz w:val="18"/>
        </w:rPr>
        <w:t>[Année]</w:t>
      </w:r>
    </w:p>
    <w:p>
      <w:pPr>
        <w:spacing w:before="240" w:after="120"/>
        <w:pBdr>
          <w:bottom w:val="single" w:sz="8" w:space="3" w:color="D8DDF0"/>
        </w:pBdr>
      </w:pPr>
      <w:r>
        <w:rPr>
          <w:rFonts w:ascii="Arial" w:hAnsi="Arial" w:cs="Arial" w:eastAsia="Arial"/>
          <w:b/>
          <w:color w:val="2B3A8F"/>
          <w:sz w:val="19"/>
          <w:spacing w:val="34"/>
        </w:rPr>
        <w:t>CERTIFICATIONS ET LANGUES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[PMP, PRINCE2 Foundation, PSM I, ITIL 4…] · [organisme], [année].</w:t>
      </w:r>
    </w:p>
    <w:p>
      <w:pPr>
        <w:pStyle w:val="ListBullet"/>
        <w:spacing w:after="40"/>
      </w:pPr>
      <w:r>
        <w:rPr>
          <w:rFonts w:ascii="Arial" w:hAnsi="Arial" w:cs="Arial" w:eastAsia="Arial"/>
          <w:color w:val="39404F"/>
          <w:sz w:val="20"/>
        </w:rPr>
        <w:t>Français (langue maternelle) · Anglais [niveau CECRL] · [autre langue].</w:t>
      </w:r>
    </w:p>
    <w:p>
      <w:pPr>
        <w:spacing w:before="280"/>
        <w:jc w:val="center"/>
      </w:pPr>
      <w:r>
        <w:rPr>
          <w:rFonts w:ascii="Arial" w:hAnsi="Arial" w:cs="Arial" w:eastAsia="Arial"/>
          <w:color w:val="7B8399"/>
          <w:sz w:val="16"/>
        </w:rPr>
        <w:t>Modèle de CV chef de projet · chef-de-projet.fr</w:t>
      </w:r>
    </w:p>
    <w:sectPr w:rsidR="00FC693F" w:rsidRPr="0006063C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3940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